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  <w:pBdr>
          <w:bottom w:val="single" w:sz="8" w:space="2" w:color="2563EB"/>
        </w:pBdr>
      </w:pPr>
      <w:r>
        <w:rPr>
          <w:b w:val="0"/>
          <w:i/>
          <w:color w:val="4B5563"/>
          <w:sz w:val="19"/>
        </w:rPr>
        <w:t>[MEMBRETE O DATOS DE QUIEN RECOMIENDA]</w:t>
      </w:r>
    </w:p>
    <w:p>
      <w:pPr>
        <w:spacing w:before="440" w:after="320"/>
        <w:jc w:val="center"/>
      </w:pPr>
      <w:r>
        <w:rPr>
          <w:b/>
          <w:color w:val="0B1F4B"/>
          <w:sz w:val="30"/>
        </w:rPr>
        <w:t>CARTA DE REFERENCIA LABORAL</w:t>
      </w:r>
    </w:p>
    <w:p>
      <w:pPr>
        <w:spacing w:after="320"/>
      </w:pPr>
      <w:r>
        <w:rPr>
          <w:b w:val="0"/>
          <w:i w:val="0"/>
          <w:color w:val="4B5563"/>
          <w:sz w:val="20"/>
        </w:rPr>
        <w:t>[Ciudad], [día] de [mes] de [año]</w:t>
      </w:r>
    </w:p>
    <w:p>
      <w:pPr>
        <w:spacing w:after="240"/>
      </w:pPr>
      <w:r>
        <w:rPr>
          <w:b/>
          <w:i w:val="0"/>
          <w:color w:val="0B1F4B"/>
          <w:sz w:val="21"/>
        </w:rPr>
        <w:t>A quien interese:</w:t>
      </w:r>
    </w:p>
    <w:p>
      <w:pPr>
        <w:spacing w:after="200"/>
      </w:pPr>
      <w:r>
        <w:rPr>
          <w:b w:val="0"/>
          <w:i w:val="0"/>
          <w:color w:val="4B5563"/>
          <w:sz w:val="20"/>
        </w:rPr>
        <w:t>Por medio de la presente, yo, [nombres y apellidos de quien recomienda], en mi calidad de [cargo] de [razón social], hago constar que conozco al/a la señor(a) [nombres y apellidos del trabajador] desde [mes y año], período durante el cual se desempeñó como [cargo] bajo mi supervisión directa.</w:t>
      </w:r>
    </w:p>
    <w:p>
      <w:pPr>
        <w:spacing w:after="200"/>
      </w:pPr>
      <w:r>
        <w:rPr>
          <w:b w:val="0"/>
          <w:i w:val="0"/>
          <w:color w:val="4B5563"/>
          <w:sz w:val="20"/>
        </w:rPr>
        <w:t>Durante ese tiempo tuvo a su cargo [dos o tres responsabilidades reales]. Destaco especialmente [una cualidad concreta sostenida con un hecho: cumplió el cierre mensual sin retrasos, redujo los reclamos de clientes, formó a dos compañeros nuevos]. [Evita adjetivos sueltos: «responsable y proactivo» no dice nada que el lector pueda comprobar.]</w:t>
      </w:r>
    </w:p>
    <w:p>
      <w:pPr>
        <w:spacing w:after="560"/>
      </w:pPr>
      <w:r>
        <w:rPr>
          <w:b w:val="0"/>
          <w:i w:val="0"/>
          <w:color w:val="4B5563"/>
          <w:sz w:val="20"/>
        </w:rPr>
        <w:t>Por lo expuesto, lo/la recomiendo para el cargo al que postula y quedo a disposición para ampliar esta referencia en los números de contacto que constan al pie.</w:t>
      </w:r>
    </w:p>
    <w:p>
      <w:pPr>
        <w:spacing w:after="880"/>
      </w:pPr>
      <w:r>
        <w:rPr>
          <w:b w:val="0"/>
          <w:i w:val="0"/>
          <w:color w:val="4B5563"/>
          <w:sz w:val="20"/>
        </w:rPr>
        <w:t>Atentamente,</w:t>
      </w:r>
    </w:p>
    <w:p>
      <w:pPr>
        <w:spacing w:after="40"/>
        <w:jc w:val="center"/>
      </w:pPr>
      <w:r>
        <w:rPr>
          <w:b w:val="0"/>
          <w:i w:val="0"/>
          <w:color w:val="4B5563"/>
          <w:sz w:val="20"/>
        </w:rPr>
        <w:t>_______________________________</w:t>
      </w:r>
    </w:p>
    <w:p>
      <w:pPr>
        <w:spacing w:after="0"/>
        <w:jc w:val="center"/>
      </w:pPr>
      <w:r>
        <w:rPr>
          <w:b/>
          <w:i w:val="0"/>
          <w:color w:val="0B1F4B"/>
          <w:sz w:val="20"/>
        </w:rPr>
        <w:t>[Nombres y apellidos]</w:t>
      </w:r>
    </w:p>
    <w:p>
      <w:pPr>
        <w:spacing w:after="0"/>
        <w:jc w:val="center"/>
      </w:pPr>
      <w:r>
        <w:rPr>
          <w:b w:val="0"/>
          <w:i w:val="0"/>
          <w:color w:val="4B5563"/>
          <w:sz w:val="20"/>
        </w:rPr>
        <w:t>[Cargo] — [Razón social]</w:t>
      </w:r>
    </w:p>
    <w:p>
      <w:pPr>
        <w:spacing w:after="0"/>
        <w:jc w:val="center"/>
      </w:pPr>
      <w:r>
        <w:rPr>
          <w:b w:val="0"/>
          <w:i w:val="0"/>
          <w:color w:val="4B5563"/>
          <w:sz w:val="18"/>
        </w:rPr>
        <w:t>[Teléfono]   ·   [correo]</w:t>
      </w:r>
    </w:p>
    <w:p>
      <w:pPr>
        <w:spacing w:before="280"/>
        <w:jc w:val="center"/>
        <w:pBdr>
          <w:bottom w:val="single" w:sz="6" w:space="2" w:color="E5E7EB"/>
        </w:pBdr>
      </w:pPr>
      <w:r>
        <w:rPr>
          <w:color w:val="4B5563"/>
          <w:sz w:val="16"/>
        </w:rPr>
        <w:t>Plantilla gratuita de FullVacantes · fullvacantes.com/recursos/referencias-laborales/ · Avisa siempre a quien pones como referencia</w:t>
      </w:r>
    </w:p>
    <w:sectPr w:rsidR="00FC693F" w:rsidRPr="0006063C" w:rsidSect="00034616">
      <w:pgSz w:w="12240" w:h="15840"/>
      <w:pgMar w:top="1247" w:right="1020" w:bottom="124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oppins" w:hAnsi="Poppins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