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</w:pPr>
      <w:r>
        <w:rPr>
          <w:b w:val="0"/>
          <w:i w:val="0"/>
          <w:color w:val="4B5563"/>
          <w:sz w:val="20"/>
        </w:rPr>
        <w:t>[Ciudad], [día] de [mes] de [año]</w:t>
      </w:r>
    </w:p>
    <w:p>
      <w:pPr>
        <w:spacing w:after="0"/>
      </w:pPr>
      <w:r>
        <w:rPr>
          <w:b/>
          <w:i w:val="0"/>
          <w:color w:val="0B1F4B"/>
          <w:sz w:val="20"/>
        </w:rPr>
        <w:t>Señor(a)</w:t>
      </w:r>
    </w:p>
    <w:p>
      <w:pPr>
        <w:spacing w:after="0"/>
      </w:pPr>
      <w:r>
        <w:rPr>
          <w:b w:val="0"/>
          <w:i w:val="0"/>
          <w:color w:val="4B5563"/>
          <w:sz w:val="20"/>
        </w:rPr>
        <w:t>[Nombres y apellidos del representante legal o del jefe inmediato]</w:t>
      </w:r>
    </w:p>
    <w:p>
      <w:pPr>
        <w:spacing w:after="0"/>
      </w:pPr>
      <w:r>
        <w:rPr>
          <w:b w:val="0"/>
          <w:i w:val="0"/>
          <w:color w:val="4B5563"/>
          <w:sz w:val="20"/>
        </w:rPr>
        <w:t>[Cargo]</w:t>
      </w:r>
    </w:p>
    <w:p>
      <w:pPr>
        <w:spacing w:after="0"/>
      </w:pPr>
      <w:r>
        <w:rPr>
          <w:b w:val="0"/>
          <w:i w:val="0"/>
          <w:color w:val="4B5563"/>
          <w:sz w:val="20"/>
        </w:rPr>
        <w:t>[Razón social de la empresa]</w:t>
      </w:r>
    </w:p>
    <w:p>
      <w:pPr>
        <w:spacing w:after="320"/>
      </w:pPr>
      <w:r>
        <w:rPr>
          <w:b w:val="0"/>
          <w:i w:val="0"/>
          <w:color w:val="4B5563"/>
          <w:sz w:val="20"/>
        </w:rPr>
        <w:t>Presente.-</w:t>
      </w:r>
    </w:p>
    <w:p>
      <w:pPr>
        <w:spacing w:after="280"/>
      </w:pPr>
      <w:r>
        <w:rPr>
          <w:b/>
          <w:i w:val="0"/>
          <w:color w:val="0B1F4B"/>
          <w:sz w:val="20"/>
        </w:rPr>
        <w:t>Asunto: renuncia voluntaria</w:t>
      </w:r>
    </w:p>
    <w:p>
      <w:pPr>
        <w:spacing w:after="200"/>
      </w:pPr>
      <w:r>
        <w:rPr>
          <w:b w:val="0"/>
          <w:i w:val="0"/>
          <w:color w:val="4B5563"/>
          <w:sz w:val="20"/>
        </w:rPr>
        <w:t>Por medio de la presente, yo, [nombres y apellidos completos], con cédula de ciudadanía [número], comunico mi decisión de dar por terminada de forma voluntaria la relación laboral que mantengo con [razón social de la empresa], donde me desempeño como [cargo] desde el [día] de [mes] de [año].</w:t>
      </w:r>
    </w:p>
    <w:p>
      <w:pPr>
        <w:spacing w:after="200"/>
      </w:pPr>
      <w:r>
        <w:rPr>
          <w:b w:val="0"/>
          <w:i w:val="0"/>
          <w:color w:val="4B5563"/>
          <w:sz w:val="20"/>
        </w:rPr>
        <w:t>Mi último día de trabajo será el [día] de [mes] de [año]. Hasta esa fecha me comprometo a entregar mis funciones y los bienes a mi cargo a quien usted designe.</w:t>
      </w:r>
    </w:p>
    <w:p>
      <w:pPr>
        <w:spacing w:after="560"/>
      </w:pPr>
      <w:r>
        <w:rPr>
          <w:b w:val="0"/>
          <w:i w:val="0"/>
          <w:color w:val="4B5563"/>
          <w:sz w:val="20"/>
        </w:rPr>
        <w:t>Agradezco la oportunidad y la experiencia adquirida durante este tiempo, y solicito comedidamente que se proceda con la liquidación de haberes y la suscripción del acta de finiquito ante el Ministerio del Trabajo, así como con la entrega de mi certificado de trabajo.</w:t>
      </w:r>
    </w:p>
    <w:p>
      <w:pPr>
        <w:spacing w:after="880"/>
      </w:pPr>
      <w:r>
        <w:rPr>
          <w:b w:val="0"/>
          <w:i w:val="0"/>
          <w:color w:val="4B5563"/>
          <w:sz w:val="20"/>
        </w:rPr>
        <w:t>Atentamente,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_______________________________</w:t>
      </w:r>
    </w:p>
    <w:p>
      <w:pPr>
        <w:spacing w:after="0"/>
      </w:pPr>
      <w:r>
        <w:rPr>
          <w:b/>
          <w:i w:val="0"/>
          <w:color w:val="0B1F4B"/>
          <w:sz w:val="20"/>
        </w:rPr>
        <w:t>[Nombres y apellidos]</w:t>
      </w:r>
    </w:p>
    <w:p>
      <w:pPr>
        <w:spacing w:after="0"/>
      </w:pPr>
      <w:r>
        <w:rPr>
          <w:b w:val="0"/>
          <w:i w:val="0"/>
          <w:color w:val="4B5563"/>
          <w:sz w:val="20"/>
        </w:rPr>
        <w:t>C.I. [número]   ·   [teléfono]   ·   [correo]</w:t>
      </w:r>
    </w:p>
    <w:p>
      <w:pPr>
        <w:spacing w:before="360"/>
      </w:pPr>
      <w:r>
        <w:rPr>
          <w:i/>
          <w:color w:val="4B5563"/>
          <w:sz w:val="18"/>
        </w:rPr>
        <w:t>Recibido por: ______________________   Fecha: ____________   (pide que te sellen y fechen una copia)</w:t>
      </w:r>
    </w:p>
    <w:p>
      <w:pPr>
        <w:spacing w:before="280"/>
        <w:jc w:val="center"/>
        <w:pBdr>
          <w:bottom w:val="single" w:sz="6" w:space="2" w:color="E5E7EB"/>
        </w:pBdr>
      </w:pPr>
      <w:r>
        <w:rPr>
          <w:color w:val="4B5563"/>
          <w:sz w:val="16"/>
        </w:rPr>
        <w:t>Plantilla gratuita de FullVacantes · fullvacantes.com/recursos/como-renunciar-a-un-trabajo/ · Entrégala en dos copias y guarda la sellada</w:t>
      </w:r>
    </w:p>
    <w:sectPr w:rsidR="00FC693F" w:rsidRPr="0006063C" w:rsidSect="00034616">
      <w:pgSz w:w="12240" w:h="15840"/>
      <w:pgMar w:top="1247" w:right="1020" w:bottom="124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