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0B1F4B"/>
          <w:sz w:val="44"/>
        </w:rPr>
        <w:t>[NOMBRE Y APELLIDO]</w:t>
      </w:r>
    </w:p>
    <w:p>
      <w:pPr>
        <w:spacing w:after="40"/>
      </w:pPr>
      <w:r>
        <w:rPr>
          <w:b/>
          <w:color w:val="2563EB"/>
          <w:sz w:val="22"/>
        </w:rPr>
        <w:t>Asistente administrativa / Asistente administrativo</w:t>
      </w:r>
    </w:p>
    <w:p>
      <w:pPr>
        <w:spacing w:after="0"/>
        <w:pBdr>
          <w:bottom w:val="single" w:sz="8" w:space="2" w:color="2563EB"/>
        </w:pBdr>
      </w:pPr>
      <w:r>
        <w:rPr>
          <w:b w:val="0"/>
          <w:i w:val="0"/>
          <w:color w:val="4B5563"/>
          <w:sz w:val="19"/>
        </w:rPr>
        <w:t>[Ciudad] · [099 999 9999] · [tu.correo@ejemplo.com]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PERFIL PROFESIONAL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[Ej.: «Asistente administrativa con [X] años de apoyo a gerencia en [sector]. Manejo de agenda, archivo, facturación, cotizaciones y atención a proveedores. Excel intermedio y experiencia con [sistema contable].»]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EXPERIENCIA LABORAL</w:t>
      </w:r>
    </w:p>
    <w:p>
      <w:pPr>
        <w:spacing w:after="0"/>
      </w:pPr>
      <w:r>
        <w:rPr>
          <w:b/>
          <w:color w:val="0B1F4B"/>
          <w:sz w:val="21"/>
        </w:rPr>
        <w:t>[Asistente administrativa / Asistente] — [Empresa], [Ciudad]</w:t>
      </w:r>
      <w:r>
        <w:rPr>
          <w:color w:val="4B5563"/>
          <w:sz w:val="19"/>
        </w:rPr>
        <w:t xml:space="preserve">    [mes año] – [mes año]</w:t>
      </w:r>
    </w:p>
    <w:p>
      <w:pPr>
        <w:pStyle w:val="ListBullet"/>
        <w:spacing w:after="20"/>
      </w:pPr>
      <w:r>
        <w:rPr>
          <w:color w:val="4B5563"/>
          <w:sz w:val="20"/>
        </w:rPr>
        <w:t>[Elaboré, archivé y di seguimiento a [documentos]: cotizaciones, órdenes de compra, actas.]</w:t>
      </w:r>
    </w:p>
    <w:p>
      <w:pPr>
        <w:pStyle w:val="ListBullet"/>
        <w:spacing w:after="20"/>
      </w:pPr>
      <w:r>
        <w:rPr>
          <w:color w:val="4B5563"/>
          <w:sz w:val="20"/>
        </w:rPr>
        <w:t>[Número real: cuántos documentos al mes, a cuántas personas dabas soporte, cuántos proveedores.]</w:t>
      </w:r>
    </w:p>
    <w:p>
      <w:pPr>
        <w:pStyle w:val="ListBullet"/>
        <w:spacing w:after="20"/>
      </w:pPr>
      <w:r>
        <w:rPr>
          <w:color w:val="4B5563"/>
          <w:sz w:val="20"/>
        </w:rPr>
        <w:t>[Sistemas: facturación electrónica, portal del SRI, correo corporativo, agenda de gerencia.]</w:t>
      </w:r>
    </w:p>
    <w:p>
      <w:pPr>
        <w:spacing w:after="0"/>
      </w:pPr>
    </w:p>
    <w:p>
      <w:pPr>
        <w:spacing w:after="0"/>
      </w:pPr>
      <w:r>
        <w:rPr>
          <w:b/>
          <w:color w:val="0B1F4B"/>
          <w:sz w:val="21"/>
        </w:rPr>
        <w:t>[Asistente administrativa / Asistente] — [Empresa], [Ciudad]</w:t>
      </w:r>
      <w:r>
        <w:rPr>
          <w:color w:val="4B5563"/>
          <w:sz w:val="19"/>
        </w:rPr>
        <w:t xml:space="preserve">    [mes año] – [mes año]</w:t>
      </w:r>
    </w:p>
    <w:p>
      <w:pPr>
        <w:pStyle w:val="ListBullet"/>
        <w:spacing w:after="20"/>
      </w:pPr>
      <w:r>
        <w:rPr>
          <w:color w:val="4B5563"/>
          <w:sz w:val="20"/>
        </w:rPr>
        <w:t>[Elaboré, archivé y di seguimiento a [documentos]: cotizaciones, órdenes de compra, actas.]</w:t>
      </w:r>
    </w:p>
    <w:p>
      <w:pPr>
        <w:pStyle w:val="ListBullet"/>
        <w:spacing w:after="20"/>
      </w:pPr>
      <w:r>
        <w:rPr>
          <w:color w:val="4B5563"/>
          <w:sz w:val="20"/>
        </w:rPr>
        <w:t>[Número real: cuántos documentos al mes, a cuántas personas dabas soporte, cuántos proveedores.]</w:t>
      </w:r>
    </w:p>
    <w:p>
      <w:pPr>
        <w:pStyle w:val="ListBullet"/>
        <w:spacing w:after="20"/>
      </w:pPr>
      <w:r>
        <w:rPr>
          <w:color w:val="4B5563"/>
          <w:sz w:val="20"/>
        </w:rPr>
        <w:t>[Sistemas: facturación electrónica, portal del SRI, correo corporativo, agenda de gerencia.]</w:t>
      </w:r>
    </w:p>
    <w:p>
      <w:pPr>
        <w:spacing w:after="0"/>
      </w:pP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FORMACIÓN</w:t>
      </w:r>
    </w:p>
    <w:p>
      <w:pPr>
        <w:spacing w:after="40"/>
      </w:pPr>
      <w:r>
        <w:rPr>
          <w:b/>
          <w:i w:val="0"/>
          <w:color w:val="0B1F4B"/>
          <w:sz w:val="21"/>
        </w:rPr>
        <w:t>[Título obtenido] — [Institución], [Año]</w:t>
      </w:r>
    </w:p>
    <w:p>
      <w:pPr>
        <w:spacing w:after="40"/>
      </w:pPr>
      <w:r>
        <w:rPr>
          <w:b/>
          <w:i w:val="0"/>
          <w:color w:val="0B1F4B"/>
          <w:sz w:val="21"/>
        </w:rPr>
        <w:t>[Otro título o bachillerato] — [Institución], [Año]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CURSOS Y CERTIFICACIONES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[Excel intermedio o avanzado, redacción, facturación electrónica] — [Institución], [Año]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HABILIDADES</w:t>
      </w:r>
    </w:p>
    <w:p>
      <w:pPr>
        <w:spacing w:after="40"/>
      </w:pPr>
      <w:r>
        <w:rPr>
          <w:b/>
          <w:i w:val="0"/>
          <w:color w:val="0B1F4B"/>
          <w:sz w:val="20"/>
        </w:rPr>
        <w:t>Técnicas: [Word, Excel — nivel real —, sistema contable, facturación electrónica, portal del SRI, archivo físico y digital]</w:t>
      </w:r>
    </w:p>
    <w:p>
      <w:pPr>
        <w:spacing w:after="40"/>
      </w:pPr>
      <w:r>
        <w:rPr>
          <w:b/>
          <w:i w:val="0"/>
          <w:color w:val="0B1F4B"/>
          <w:sz w:val="20"/>
        </w:rPr>
        <w:t>Idiomas: [idioma y nivel real: básico / intermedio / avanzado]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REFERENCIAS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[Nombre] — [Cargo], [Empresa] — [teléfono]   (avísale antes de ponerlo)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[Nombre] — [Cargo], [Empresa] — [teléfono]</w:t>
      </w:r>
    </w:p>
    <w:p>
      <w:pPr>
        <w:spacing w:before="280"/>
        <w:jc w:val="center"/>
        <w:pBdr>
          <w:bottom w:val="single" w:sz="6" w:space="2" w:color="E5E7EB"/>
        </w:pBdr>
      </w:pPr>
      <w:r>
        <w:rPr>
          <w:color w:val="4B5563"/>
          <w:sz w:val="16"/>
        </w:rPr>
        <w:t>Plantilla gratuita de FullVacantes · fullvacantes.com/recursos/hoja-de-vida/ejemplos/ · Guarda el archivo final en PDF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oppins" w:hAnsi="Poppins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