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B1F4B"/>
          <w:sz w:val="44"/>
        </w:rPr>
        <w:t>[NOMBRE Y APELLIDO]</w:t>
      </w:r>
    </w:p>
    <w:p>
      <w:pPr>
        <w:spacing w:after="40"/>
      </w:pPr>
      <w:r>
        <w:rPr>
          <w:b/>
          <w:color w:val="2563EB"/>
          <w:sz w:val="22"/>
        </w:rPr>
        <w:t>Cajera / Cajero</w:t>
      </w:r>
    </w:p>
    <w:p>
      <w:pPr>
        <w:spacing w:after="0"/>
        <w:pBdr>
          <w:bottom w:val="single" w:sz="8" w:space="2" w:color="2563EB"/>
        </w:pBdr>
      </w:pPr>
      <w:r>
        <w:rPr>
          <w:b w:val="0"/>
          <w:i w:val="0"/>
          <w:color w:val="4B5563"/>
          <w:sz w:val="19"/>
        </w:rPr>
        <w:t>[Ciudad] · [099 999 9999] · [tu.correo@ejemplo.com]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PERFIL PROFESIONAL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[Ej.: «Cajera con [X] años en supermercado y farmacia en [ciudad]. Manejo de caja, cuadre diario sin faltantes, facturación y atención a más de [N] clientes por turno. Disponibilidad para turnos rotativos y fines de semana.» Cambia los números por los tuyos.]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EXPERIENCIA LABORAL</w:t>
      </w:r>
    </w:p>
    <w:p>
      <w:pPr>
        <w:spacing w:after="0"/>
      </w:pPr>
      <w:r>
        <w:rPr>
          <w:b/>
          <w:color w:val="0B1F4B"/>
          <w:sz w:val="21"/>
        </w:rPr>
        <w:t>[Cajera / Cajero]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[Cobré en efectivo, tarjeta y transferencia; cuadre de caja al cierre de cada turno.]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clientes por turno, cuánto manejabas en caja, cuántos turnos sin faltantes.]</w:t>
      </w:r>
    </w:p>
    <w:p>
      <w:pPr>
        <w:pStyle w:val="ListBullet"/>
        <w:spacing w:after="20"/>
      </w:pPr>
      <w:r>
        <w:rPr>
          <w:color w:val="4B5563"/>
          <w:sz w:val="20"/>
        </w:rPr>
        <w:t>[Lo que te diferencia: apertura o cierre del local, manejo de devoluciones, suplencia del jefe de caja.]</w:t>
      </w:r>
    </w:p>
    <w:p>
      <w:pPr>
        <w:spacing w:after="0"/>
      </w:pPr>
    </w:p>
    <w:p>
      <w:pPr>
        <w:spacing w:after="0"/>
      </w:pPr>
      <w:r>
        <w:rPr>
          <w:b/>
          <w:color w:val="0B1F4B"/>
          <w:sz w:val="21"/>
        </w:rPr>
        <w:t>[Cajera / Cajero] — [Empresa], [Ciudad]</w:t>
      </w:r>
      <w:r>
        <w:rPr>
          <w:color w:val="4B5563"/>
          <w:sz w:val="19"/>
        </w:rPr>
        <w:t xml:space="preserve">    [mes año] – [mes año]</w:t>
      </w:r>
    </w:p>
    <w:p>
      <w:pPr>
        <w:pStyle w:val="ListBullet"/>
        <w:spacing w:after="20"/>
      </w:pPr>
      <w:r>
        <w:rPr>
          <w:color w:val="4B5563"/>
          <w:sz w:val="20"/>
        </w:rPr>
        <w:t>[Cobré en efectivo, tarjeta y transferencia; cuadre de caja al cierre de cada turno.]</w:t>
      </w:r>
    </w:p>
    <w:p>
      <w:pPr>
        <w:pStyle w:val="ListBullet"/>
        <w:spacing w:after="20"/>
      </w:pPr>
      <w:r>
        <w:rPr>
          <w:color w:val="4B5563"/>
          <w:sz w:val="20"/>
        </w:rPr>
        <w:t>[Número real: cuántos clientes por turno, cuánto manejabas en caja, cuántos turnos sin faltantes.]</w:t>
      </w:r>
    </w:p>
    <w:p>
      <w:pPr>
        <w:pStyle w:val="ListBullet"/>
        <w:spacing w:after="20"/>
      </w:pPr>
      <w:r>
        <w:rPr>
          <w:color w:val="4B5563"/>
          <w:sz w:val="20"/>
        </w:rPr>
        <w:t>[Lo que te diferencia: apertura o cierre del local, manejo de devoluciones, suplencia del jefe de caja.]</w:t>
      </w:r>
    </w:p>
    <w:p>
      <w:pPr>
        <w:spacing w:after="0"/>
      </w:pP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FORMACIÓN</w:t>
      </w:r>
    </w:p>
    <w:p>
      <w:pPr>
        <w:spacing w:after="40"/>
      </w:pPr>
      <w:r>
        <w:rPr>
          <w:b/>
          <w:i w:val="0"/>
          <w:color w:val="0B1F4B"/>
          <w:sz w:val="21"/>
        </w:rPr>
        <w:t>[Título obtenido] — [Institución], [Año]</w:t>
      </w:r>
    </w:p>
    <w:p>
      <w:pPr>
        <w:spacing w:after="40"/>
      </w:pPr>
      <w:r>
        <w:rPr>
          <w:b/>
          <w:i w:val="0"/>
          <w:color w:val="0B1F4B"/>
          <w:sz w:val="21"/>
        </w:rPr>
        <w:t>[Otro título o bachillerato]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CURSOS Y CERTIFICACIONES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[Atención al cliente, manipulación de alimentos, facturación electrónica] — [Institución], [Año]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HABILIDADES</w:t>
      </w:r>
    </w:p>
    <w:p>
      <w:pPr>
        <w:spacing w:after="40"/>
      </w:pPr>
      <w:r>
        <w:rPr>
          <w:b/>
          <w:i w:val="0"/>
          <w:color w:val="0B1F4B"/>
          <w:sz w:val="20"/>
        </w:rPr>
        <w:t>Técnicas: [sistema de punto de venta que manejaste, facturación electrónica, manejo de efectivo y datafast, inventarios]</w:t>
      </w:r>
    </w:p>
    <w:p>
      <w:pPr>
        <w:spacing w:after="40"/>
      </w:pPr>
      <w:r>
        <w:rPr>
          <w:b/>
          <w:i w:val="0"/>
          <w:color w:val="0B1F4B"/>
          <w:sz w:val="20"/>
        </w:rPr>
        <w:t>Idiomas: [idioma y nivel real: básico / intermedio / avanzado]</w:t>
      </w:r>
    </w:p>
    <w:p>
      <w:pPr>
        <w:spacing w:before="240" w:after="80"/>
        <w:pBdr>
          <w:bottom w:val="single" w:sz="12" w:space="2" w:color="2563EB"/>
        </w:pBdr>
      </w:pPr>
      <w:r>
        <w:rPr>
          <w:rFonts w:ascii="Poppins" w:hAnsi="Poppins"/>
          <w:b/>
          <w:color w:val="0B1F4B"/>
          <w:sz w:val="20"/>
        </w:rPr>
        <w:t>REFERENCIAS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   (avísale antes de ponerlo)</w:t>
      </w:r>
    </w:p>
    <w:p>
      <w:pPr>
        <w:spacing w:after="40"/>
      </w:pPr>
      <w:r>
        <w:rPr>
          <w:b w:val="0"/>
          <w:i w:val="0"/>
          <w:color w:val="4B5563"/>
          <w:sz w:val="20"/>
        </w:rPr>
        <w:t>[Nombre] — [Cargo], [Empresa] — [teléfono]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fullvacantes.com/recursos/hoja-de-vida/ejemplos/ · Guarda el archivo final en PDF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