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B1F4B"/>
          <w:sz w:val="44"/>
        </w:rPr>
        <w:t>[NOMBRE Y APELLIDO]</w:t>
      </w:r>
    </w:p>
    <w:p>
      <w:pPr>
        <w:spacing w:after="40"/>
      </w:pPr>
      <w:r>
        <w:rPr>
          <w:b/>
          <w:color w:val="2563EB"/>
          <w:sz w:val="22"/>
        </w:rPr>
        <w:t>Operario / Auxiliar de bodega</w:t>
      </w:r>
    </w:p>
    <w:p>
      <w:pPr>
        <w:spacing w:after="0"/>
        <w:pBdr>
          <w:bottom w:val="single" w:sz="8" w:space="2" w:color="2563EB"/>
        </w:pBdr>
      </w:pPr>
      <w:r>
        <w:rPr>
          <w:b w:val="0"/>
          <w:i w:val="0"/>
          <w:color w:val="4B5563"/>
          <w:sz w:val="19"/>
        </w:rPr>
        <w:t>[Ciudad] · [099 999 9999] · [tu.correo@ejemplo.com]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PERFIL PROFESIONAL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[Ej.: «Auxiliar de bodega con [X] años en [sector]. Recepción, ubicación y despacho de mercadería, toma de inventarios y manejo de [equipo]. Licencia tipo [X] y certificado vigente de [montacargas / manejo manual de cargas].»]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EXPERIENCIA LABORAL</w:t>
      </w:r>
    </w:p>
    <w:p>
      <w:pPr>
        <w:spacing w:after="0"/>
      </w:pPr>
      <w:r>
        <w:rPr>
          <w:b/>
          <w:color w:val="0B1F4B"/>
          <w:sz w:val="21"/>
        </w:rPr>
        <w:t>[Operario / Auxiliar de bodega]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[Recibí, ubiqué y despaché mercadería; picking y packing de pedidos.]</w:t>
      </w:r>
    </w:p>
    <w:p>
      <w:pPr>
        <w:pStyle w:val="ListBullet"/>
        <w:spacing w:after="20"/>
      </w:pPr>
      <w:r>
        <w:rPr>
          <w:color w:val="4B5563"/>
          <w:sz w:val="20"/>
        </w:rPr>
        <w:t>[Número real: cuántos pedidos o pallets al día, cuántos SKU, exactitud del inventario.]</w:t>
      </w:r>
    </w:p>
    <w:p>
      <w:pPr>
        <w:pStyle w:val="ListBullet"/>
        <w:spacing w:after="20"/>
      </w:pPr>
      <w:r>
        <w:rPr>
          <w:color w:val="4B5563"/>
          <w:sz w:val="20"/>
        </w:rPr>
        <w:t>[Seguridad: uso de EPP, charlas de cinco minutos, cero accidentes en [periodo].]</w:t>
      </w:r>
    </w:p>
    <w:p>
      <w:pPr>
        <w:spacing w:after="0"/>
      </w:pPr>
    </w:p>
    <w:p>
      <w:pPr>
        <w:spacing w:after="0"/>
      </w:pPr>
      <w:r>
        <w:rPr>
          <w:b/>
          <w:color w:val="0B1F4B"/>
          <w:sz w:val="21"/>
        </w:rPr>
        <w:t>[Operario / Auxiliar de bodega]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[Recibí, ubiqué y despaché mercadería; picking y packing de pedidos.]</w:t>
      </w:r>
    </w:p>
    <w:p>
      <w:pPr>
        <w:pStyle w:val="ListBullet"/>
        <w:spacing w:after="20"/>
      </w:pPr>
      <w:r>
        <w:rPr>
          <w:color w:val="4B5563"/>
          <w:sz w:val="20"/>
        </w:rPr>
        <w:t>[Número real: cuántos pedidos o pallets al día, cuántos SKU, exactitud del inventario.]</w:t>
      </w:r>
    </w:p>
    <w:p>
      <w:pPr>
        <w:pStyle w:val="ListBullet"/>
        <w:spacing w:after="20"/>
      </w:pPr>
      <w:r>
        <w:rPr>
          <w:color w:val="4B5563"/>
          <w:sz w:val="20"/>
        </w:rPr>
        <w:t>[Seguridad: uso de EPP, charlas de cinco minutos, cero accidentes en [periodo].]</w:t>
      </w:r>
    </w:p>
    <w:p>
      <w:pPr>
        <w:spacing w:after="0"/>
      </w:pP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FORMACIÓN</w:t>
      </w:r>
    </w:p>
    <w:p>
      <w:pPr>
        <w:spacing w:after="40"/>
      </w:pPr>
      <w:r>
        <w:rPr>
          <w:b/>
          <w:i w:val="0"/>
          <w:color w:val="0B1F4B"/>
          <w:sz w:val="21"/>
        </w:rPr>
        <w:t>[Título obtenido] — [Institución], [Año]</w:t>
      </w:r>
    </w:p>
    <w:p>
      <w:pPr>
        <w:spacing w:after="40"/>
      </w:pPr>
      <w:r>
        <w:rPr>
          <w:b/>
          <w:i w:val="0"/>
          <w:color w:val="0B1F4B"/>
          <w:sz w:val="21"/>
        </w:rPr>
        <w:t>[Otro título o bachillerato]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CURSOS Y CERTIFICACIONES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[Montacargas, manejo manual de cargas, trabajo en alturas, buenas prácticas de almacenamiento]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HABILIDADES</w:t>
      </w:r>
    </w:p>
    <w:p>
      <w:pPr>
        <w:spacing w:after="40"/>
      </w:pPr>
      <w:r>
        <w:rPr>
          <w:b/>
          <w:i w:val="0"/>
          <w:color w:val="0B1F4B"/>
          <w:sz w:val="20"/>
        </w:rPr>
        <w:t>Técnicas: [montacargas o transpaleta y su certificado, lector de códigos, sistema de inventario, licencia de conducir y tipo]</w:t>
      </w:r>
    </w:p>
    <w:p>
      <w:pPr>
        <w:spacing w:after="40"/>
      </w:pPr>
      <w:r>
        <w:rPr>
          <w:b/>
          <w:i w:val="0"/>
          <w:color w:val="0B1F4B"/>
          <w:sz w:val="20"/>
        </w:rPr>
        <w:t>Idiomas: [idioma y nivel real: básico / intermedio / avanzado]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REFERENCIAS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   (avísale antes de ponerlo)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fullvacantes.com/recursos/hoja-de-vida/ejemplos/ · Guarda el archivo final en PDF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