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0B1F4B"/>
          <w:sz w:val="44"/>
        </w:rPr>
        <w:t>[NOMBRE Y APELLIDO]</w:t>
      </w:r>
    </w:p>
    <w:p>
      <w:pPr>
        <w:spacing w:after="40"/>
      </w:pPr>
      <w:r>
        <w:rPr>
          <w:b/>
          <w:color w:val="2563EB"/>
          <w:sz w:val="22"/>
        </w:rPr>
        <w:t>[Cargo al que postulas — ej.: Asistente administrativo]</w:t>
      </w:r>
    </w:p>
    <w:p>
      <w:pPr>
        <w:spacing w:after="0"/>
        <w:pBdr>
          <w:bottom w:val="single" w:sz="8" w:space="2" w:color="2563EB"/>
        </w:pBdr>
      </w:pPr>
      <w:r>
        <w:rPr>
          <w:b w:val="0"/>
          <w:i w:val="0"/>
          <w:color w:val="4B5563"/>
          <w:sz w:val="19"/>
        </w:rPr>
        <w:t>[Ciudad] · [099 999 9999] · [tu.correo@ejemplo.com]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PERFIL PROFESIONAL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[Tres líneas sin disculparte por no tener experiencia. Di qué estudiaste, qué sabes hacer y qué buscas. Ej.: «Bachiller en Contabilidad (2025). Manejo de Excel y facturación electrónica aprendidos en las prácticas del colegio. Busco mi primer empleo de tiempo completo en el área administrativa en Quito.»]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FORMACIÓN</w:t>
      </w:r>
    </w:p>
    <w:p>
      <w:pPr>
        <w:spacing w:after="40"/>
      </w:pPr>
      <w:r>
        <w:rPr>
          <w:b/>
          <w:i w:val="0"/>
          <w:color w:val="0B1F4B"/>
          <w:sz w:val="21"/>
        </w:rPr>
        <w:t>[Título obtenido] — [Institución], [Año]</w:t>
      </w:r>
    </w:p>
    <w:p>
      <w:pPr>
        <w:spacing w:after="40"/>
      </w:pPr>
      <w:r>
        <w:rPr>
          <w:b/>
          <w:i w:val="0"/>
          <w:color w:val="0B1F4B"/>
          <w:sz w:val="21"/>
        </w:rPr>
        <w:t>[Otro título o bachillerato]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PRÁCTICAS, VOLUNTARIADO Y PROYECTOS</w:t>
      </w:r>
    </w:p>
    <w:p>
      <w:pPr>
        <w:pStyle w:val="ListBullet"/>
        <w:spacing w:after="20"/>
      </w:pPr>
      <w:r>
        <w:rPr>
          <w:color w:val="4B5563"/>
          <w:sz w:val="20"/>
        </w:rPr>
        <w:t>[Prácticas o pasantías: institución, área, fechas y qué hacías de verdad.]</w:t>
      </w:r>
    </w:p>
    <w:p>
      <w:pPr>
        <w:pStyle w:val="ListBullet"/>
        <w:spacing w:after="20"/>
      </w:pPr>
      <w:r>
        <w:rPr>
          <w:color w:val="4B5563"/>
          <w:sz w:val="20"/>
        </w:rPr>
        <w:t>[Proyecto del colegio o la carrera: el tema, tu papel en el equipo y el resultado.]</w:t>
      </w:r>
    </w:p>
    <w:p>
      <w:pPr>
        <w:pStyle w:val="ListBullet"/>
        <w:spacing w:after="20"/>
      </w:pPr>
      <w:r>
        <w:rPr>
          <w:color w:val="4B5563"/>
          <w:sz w:val="20"/>
        </w:rPr>
        <w:t>[Voluntariado, brigada, grupo juvenil o parroquial: cuántas personas, cuánto tiempo.]</w:t>
      </w:r>
    </w:p>
    <w:p>
      <w:pPr>
        <w:pStyle w:val="ListBullet"/>
        <w:spacing w:after="20"/>
      </w:pPr>
      <w:r>
        <w:rPr>
          <w:color w:val="4B5563"/>
          <w:sz w:val="20"/>
        </w:rPr>
        <w:t>[Curso con entregable: la página que armaste, la hoja de cálculo que dejaste funcionando.]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CURSOS Y CERTIFICACIONES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[Cursos gratuitos también cuentan si los terminaste]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HABILIDADES</w:t>
      </w:r>
    </w:p>
    <w:p>
      <w:pPr>
        <w:spacing w:after="40"/>
      </w:pPr>
      <w:r>
        <w:rPr>
          <w:b/>
          <w:i w:val="0"/>
          <w:color w:val="0B1F4B"/>
          <w:sz w:val="20"/>
        </w:rPr>
        <w:t>Técnicas: [programas que manejas, redes sociales, caja, inventario, licencia de conducir]</w:t>
      </w:r>
    </w:p>
    <w:p>
      <w:pPr>
        <w:spacing w:after="40"/>
      </w:pPr>
      <w:r>
        <w:rPr>
          <w:b/>
          <w:i w:val="0"/>
          <w:color w:val="0B1F4B"/>
          <w:sz w:val="20"/>
        </w:rPr>
        <w:t>Idiomas: [idioma y nivel real: básico / intermedio / avanzado]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TRABAJOS OCASIONALES (SI LOS TUVISTE)</w:t>
      </w:r>
    </w:p>
    <w:p>
      <w:pPr>
        <w:spacing w:after="0"/>
      </w:pPr>
      <w:r>
        <w:rPr>
          <w:b/>
          <w:color w:val="0B1F4B"/>
          <w:sz w:val="21"/>
        </w:rPr>
        <w:t>[Qué hiciste] — [Para quién], [Ciudad]</w:t>
      </w:r>
      <w:r>
        <w:rPr>
          <w:color w:val="4B5563"/>
          <w:sz w:val="19"/>
        </w:rPr>
        <w:t xml:space="preserve">    [mes año] – [mes año]</w:t>
      </w:r>
    </w:p>
    <w:p>
      <w:pPr>
        <w:pStyle w:val="ListBullet"/>
        <w:spacing w:after="20"/>
      </w:pPr>
      <w:r>
        <w:rPr>
          <w:color w:val="4B5563"/>
          <w:sz w:val="20"/>
        </w:rPr>
        <w:t>[Cualquier trabajo pagado cuenta: ayudar en el negocio familiar, ventas por catálogo, reparto, cuidado de niños, jornadas de cosecha. Di qué hacías y con qué frecuencia.]</w:t>
      </w:r>
    </w:p>
    <w:p>
      <w:pPr>
        <w:pStyle w:val="ListBullet"/>
        <w:spacing w:after="20"/>
      </w:pPr>
      <w:r>
        <w:rPr>
          <w:color w:val="4B5563"/>
          <w:sz w:val="20"/>
        </w:rPr>
        <w:t>[Si nunca trabajaste, borra esta sección entera: dejarla vacía se nota más que no tenerla.]</w:t>
      </w:r>
    </w:p>
    <w:p>
      <w:pPr>
        <w:spacing w:after="0"/>
      </w:pP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REFERENCIAS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   (avísale antes de ponerlo)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</w:t>
      </w:r>
    </w:p>
    <w:p>
      <w:pPr>
        <w:spacing w:before="280"/>
        <w:jc w:val="center"/>
        <w:pBdr>
          <w:bottom w:val="single" w:sz="6" w:space="2" w:color="E5E7EB"/>
        </w:pBdr>
      </w:pPr>
      <w:r>
        <w:rPr>
          <w:color w:val="4B5563"/>
          <w:sz w:val="16"/>
        </w:rPr>
        <w:t>Plantilla gratuita de FullVacantes · fullvacantes.com/recursos/hoja-de-vida/sin-experiencia/ · Guarda el archivo final en PDF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