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  <w:pBdr>
          <w:bottom w:val="single" w:sz="8" w:space="2" w:color="2563EB"/>
        </w:pBdr>
      </w:pPr>
      <w:r>
        <w:rPr>
          <w:b w:val="0"/>
          <w:i/>
          <w:color w:val="4B5563"/>
          <w:sz w:val="19"/>
        </w:rPr>
        <w:t>[MEMBRETE DE LA EMPRESA — razón social, RUC y dirección]</w:t>
      </w:r>
    </w:p>
    <w:p>
      <w:pPr>
        <w:spacing w:before="440" w:after="320"/>
        <w:jc w:val="center"/>
      </w:pPr>
      <w:r>
        <w:rPr>
          <w:b/>
          <w:color w:val="0B1F4B"/>
          <w:sz w:val="30"/>
        </w:rPr>
        <w:t>CERTIFICADO DE TRABAJO</w:t>
      </w:r>
    </w:p>
    <w:p>
      <w:pPr>
        <w:spacing w:after="320"/>
      </w:pPr>
      <w:r>
        <w:rPr>
          <w:b w:val="0"/>
          <w:i w:val="0"/>
          <w:color w:val="4B5563"/>
          <w:sz w:val="20"/>
        </w:rPr>
        <w:t>[Ciudad], [día] de [mes] de [año]</w:t>
      </w:r>
    </w:p>
    <w:p>
      <w:pPr>
        <w:spacing w:after="240"/>
      </w:pPr>
      <w:r>
        <w:rPr>
          <w:b/>
          <w:i w:val="0"/>
          <w:color w:val="0B1F4B"/>
          <w:sz w:val="21"/>
        </w:rPr>
        <w:t>A quien interese:</w:t>
      </w:r>
    </w:p>
    <w:p>
      <w:pPr>
        <w:spacing w:after="200"/>
      </w:pPr>
      <w:r>
        <w:rPr>
          <w:b w:val="0"/>
          <w:i w:val="0"/>
          <w:color w:val="4B5563"/>
          <w:sz w:val="20"/>
        </w:rPr>
        <w:t>[Razón social de la empresa], con RUC [número], certifica que el/la señor(a) [nombres y apellidos completos], con cédula de ciudadanía [número], prestó sus servicios en esta institución desde el [día] de [mes] de [año] hasta el [día] de [mes] de [año], desempeñando el cargo de [cargo], bajo la modalidad de contrato [indefinido / a plazo fijo / eventual / por horas / de pasantía], con una remuneración mensual de USD [valor].</w:t>
      </w:r>
    </w:p>
    <w:p>
      <w:pPr>
        <w:spacing w:after="200"/>
      </w:pPr>
      <w:r>
        <w:rPr>
          <w:b w:val="0"/>
          <w:i w:val="0"/>
          <w:color w:val="4B5563"/>
          <w:sz w:val="20"/>
        </w:rPr>
        <w:t>Durante ese período, sus funciones principales fueron: [dos o tres líneas con las funciones reales del puesto].</w:t>
      </w:r>
    </w:p>
    <w:p>
      <w:pPr>
        <w:spacing w:after="560"/>
      </w:pPr>
      <w:r>
        <w:rPr>
          <w:b w:val="0"/>
          <w:i w:val="0"/>
          <w:color w:val="4B5563"/>
          <w:sz w:val="20"/>
        </w:rPr>
        <w:t>El presente certificado se confiere a petición del interesado, conforme a lo dispuesto en el artículo 42, numeral 7, del Código del Trabajo, para los fines que estime convenientes.</w:t>
      </w:r>
    </w:p>
    <w:p>
      <w:pPr>
        <w:spacing w:after="880"/>
      </w:pPr>
      <w:r>
        <w:rPr>
          <w:b w:val="0"/>
          <w:i w:val="0"/>
          <w:color w:val="4B5563"/>
          <w:sz w:val="20"/>
        </w:rPr>
        <w:t>Atentamente,</w:t>
      </w:r>
    </w:p>
    <w:p>
      <w:pPr>
        <w:spacing w:after="40"/>
        <w:jc w:val="center"/>
      </w:pPr>
      <w:r>
        <w:rPr>
          <w:b w:val="0"/>
          <w:i w:val="0"/>
          <w:color w:val="4B5563"/>
          <w:sz w:val="20"/>
        </w:rPr>
        <w:t>_______________________________</w:t>
      </w:r>
    </w:p>
    <w:p>
      <w:pPr>
        <w:spacing w:after="0"/>
        <w:jc w:val="center"/>
      </w:pPr>
      <w:r>
        <w:rPr>
          <w:b/>
          <w:i w:val="0"/>
          <w:color w:val="0B1F4B"/>
          <w:sz w:val="20"/>
        </w:rPr>
        <w:t>[Nombres y apellidos de quien firma]</w:t>
      </w:r>
    </w:p>
    <w:p>
      <w:pPr>
        <w:spacing w:after="0"/>
        <w:jc w:val="center"/>
      </w:pPr>
      <w:r>
        <w:rPr>
          <w:b w:val="0"/>
          <w:i w:val="0"/>
          <w:color w:val="4B5563"/>
          <w:sz w:val="20"/>
        </w:rPr>
        <w:t>[Cargo] — [Razón social]</w:t>
      </w:r>
    </w:p>
    <w:p>
      <w:pPr>
        <w:spacing w:after="0"/>
        <w:jc w:val="center"/>
      </w:pPr>
      <w:r>
        <w:rPr>
          <w:b w:val="0"/>
          <w:i w:val="0"/>
          <w:color w:val="4B5563"/>
          <w:sz w:val="18"/>
        </w:rPr>
        <w:t>[Teléfono y correo de contacto para verificación]   ·   [sello de la empresa]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fullvacantes.com/recursos/certificado-de-trabajo/modelo/ · Lo llena y firma la empresa, no el trabajador</w:t>
      </w:r>
    </w:p>
    <w:sectPr w:rsidR="00FC693F" w:rsidRPr="0006063C" w:rsidSect="00034616">
      <w:pgSz w:w="12240" w:h="15840"/>
      <w:pgMar w:top="1247" w:right="1020" w:bottom="124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