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B1F4B"/>
          <w:sz w:val="44"/>
        </w:rPr>
        <w:t>[NOMBRE Y APELLIDO]</w:t>
      </w:r>
    </w:p>
    <w:p>
      <w:pPr>
        <w:spacing w:after="40"/>
      </w:pPr>
      <w:r>
        <w:rPr>
          <w:b/>
          <w:color w:val="2563EB"/>
          <w:sz w:val="22"/>
        </w:rPr>
        <w:t>[Cargo al que postulas — ej.: Cajera de almacén]</w:t>
      </w:r>
    </w:p>
    <w:p>
      <w:pPr>
        <w:spacing w:after="0"/>
        <w:pBdr>
          <w:bottom w:val="single" w:sz="8" w:space="2" w:color="2563EB"/>
        </w:pBdr>
      </w:pPr>
      <w:r>
        <w:rPr>
          <w:b w:val="0"/>
          <w:i w:val="0"/>
          <w:color w:val="4B5563"/>
          <w:sz w:val="19"/>
        </w:rPr>
        <w:t>[Ciudad] · [099 999 9999] · [tu.correo@ejemplo.com]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PERFIL PROFESIONAL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[Tres líneas: qué eres, cuánta experiencia tienes y qué buscas. Ej.: «Cajera con 3 años en retail de alto tráfico en Guayaquil. Manejo de caja, cuadre diario y atención a más de 200 clientes por turno. Busco un puesto estable de tiempo completo.» Reescribe estas líneas para cada vacante importante.]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EXPERIENCIA LABORAL</w:t>
      </w:r>
    </w:p>
    <w:p>
      <w:pPr>
        <w:spacing w:after="0"/>
      </w:pPr>
      <w:r>
        <w:rPr>
          <w:b/>
          <w:color w:val="0B1F4B"/>
          <w:sz w:val="21"/>
        </w:rPr>
        <w:t>[Cargo]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[Qué hacías. Empieza con un verbo en pasado: atendí, coordiné, instalé, cuadré.]</w:t>
      </w:r>
    </w:p>
    <w:p>
      <w:pPr>
        <w:pStyle w:val="ListBullet"/>
        <w:spacing w:after="20"/>
      </w:pPr>
      <w:r>
        <w:rPr>
          <w:color w:val="4B5563"/>
          <w:sz w:val="20"/>
        </w:rPr>
        <w:t>[Un resultado con número: cuántos clientes, cuánto reduciste, cuántas personas a cargo.]</w:t>
      </w:r>
    </w:p>
    <w:p>
      <w:pPr>
        <w:spacing w:after="0"/>
      </w:pPr>
    </w:p>
    <w:p>
      <w:pPr>
        <w:spacing w:after="0"/>
      </w:pPr>
      <w:r>
        <w:rPr>
          <w:b/>
          <w:color w:val="0B1F4B"/>
          <w:sz w:val="21"/>
        </w:rPr>
        <w:t>[Cargo]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[Qué hacías. Empieza con un verbo en pasado: atendí, coordiné, instalé, cuadré.]</w:t>
      </w:r>
    </w:p>
    <w:p>
      <w:pPr>
        <w:pStyle w:val="ListBullet"/>
        <w:spacing w:after="20"/>
      </w:pPr>
      <w:r>
        <w:rPr>
          <w:color w:val="4B5563"/>
          <w:sz w:val="20"/>
        </w:rPr>
        <w:t>[Un resultado con número: cuántos clientes, cuánto reduciste, cuántas personas a cargo.]</w:t>
      </w:r>
    </w:p>
    <w:p>
      <w:pPr>
        <w:spacing w:after="0"/>
      </w:pP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FORMACIÓN</w:t>
      </w:r>
    </w:p>
    <w:p>
      <w:pPr>
        <w:spacing w:after="40"/>
      </w:pPr>
      <w:r>
        <w:rPr>
          <w:b/>
          <w:i w:val="0"/>
          <w:color w:val="0B1F4B"/>
          <w:sz w:val="21"/>
        </w:rPr>
        <w:t>[Título obtenido] — [Institución], [Año]</w:t>
      </w:r>
    </w:p>
    <w:p>
      <w:pPr>
        <w:spacing w:after="40"/>
      </w:pPr>
      <w:r>
        <w:rPr>
          <w:b/>
          <w:i w:val="0"/>
          <w:color w:val="0B1F4B"/>
          <w:sz w:val="21"/>
        </w:rPr>
        <w:t>[Otro título o bachillerato]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CURSOS Y CERTIFICACIONES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[Solo los relevantes para este puesto]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HABILIDADES</w:t>
      </w:r>
    </w:p>
    <w:p>
      <w:pPr>
        <w:spacing w:after="40"/>
      </w:pPr>
      <w:r>
        <w:rPr>
          <w:b/>
          <w:i w:val="0"/>
          <w:color w:val="0B1F4B"/>
          <w:sz w:val="20"/>
        </w:rPr>
        <w:t>Técnicas: [sistemas, maquinaria, licencia de conducir y tipo]</w:t>
      </w:r>
    </w:p>
    <w:p>
      <w:pPr>
        <w:spacing w:after="40"/>
      </w:pPr>
      <w:r>
        <w:rPr>
          <w:b/>
          <w:i w:val="0"/>
          <w:color w:val="0B1F4B"/>
          <w:sz w:val="20"/>
        </w:rPr>
        <w:t>Idiomas: [idioma y nivel real: básico / intermedio / avanzado]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REFERENCIAS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   (avísale antes de ponerlo)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fullvacantes.com/recursos/hoja-de-vida/ · Guarda el archivo final en PDF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